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3E253" w14:textId="77777777" w:rsidR="00706474" w:rsidRPr="00B6405E" w:rsidRDefault="00830C27" w:rsidP="006759D5">
      <w:pPr>
        <w:spacing w:after="50" w:line="235" w:lineRule="auto"/>
        <w:jc w:val="right"/>
        <w:rPr>
          <w:rFonts w:ascii="Cambria" w:hAnsi="Cambria"/>
          <w:b/>
          <w:bCs/>
          <w:i/>
          <w:iCs/>
          <w:color w:val="000000" w:themeColor="text1"/>
          <w:sz w:val="22"/>
        </w:rPr>
      </w:pPr>
      <w:r w:rsidRPr="0081480C">
        <w:rPr>
          <w:rFonts w:asciiTheme="minorHAnsi" w:hAnsiTheme="minorHAnsi"/>
          <w:b/>
          <w:bCs/>
          <w:i/>
          <w:iCs/>
          <w:color w:val="505A64"/>
          <w:sz w:val="18"/>
          <w:szCs w:val="18"/>
        </w:rPr>
        <w:t>Załącznik nr 1 do Zapytania ofertowego</w:t>
      </w:r>
      <w:r w:rsidRPr="0081480C">
        <w:rPr>
          <w:rFonts w:asciiTheme="minorHAnsi" w:hAnsiTheme="minorHAnsi"/>
          <w:b/>
          <w:bCs/>
          <w:i/>
          <w:iCs/>
          <w:color w:val="505A64"/>
          <w:sz w:val="18"/>
          <w:szCs w:val="18"/>
        </w:rPr>
        <w:br/>
      </w:r>
      <w:r w:rsidRPr="00B6405E">
        <w:rPr>
          <w:rFonts w:ascii="Cambria" w:hAnsi="Cambria"/>
          <w:b/>
          <w:bCs/>
          <w:i/>
          <w:iCs/>
          <w:color w:val="000000" w:themeColor="text1"/>
          <w:sz w:val="22"/>
        </w:rPr>
        <w:t>Znak sprawy: DOP/1/ZO/2026</w:t>
      </w:r>
    </w:p>
    <w:p w14:paraId="3DEE41E6" w14:textId="77777777" w:rsidR="00706474" w:rsidRPr="00B6405E" w:rsidRDefault="00830C27" w:rsidP="006759D5">
      <w:pPr>
        <w:pStyle w:val="Tytu"/>
        <w:spacing w:after="50" w:line="235" w:lineRule="auto"/>
        <w:jc w:val="center"/>
        <w:rPr>
          <w:rFonts w:ascii="Cambria" w:hAnsi="Cambria"/>
          <w:color w:val="000000" w:themeColor="text1"/>
          <w:sz w:val="22"/>
          <w:szCs w:val="22"/>
        </w:rPr>
      </w:pPr>
      <w:r w:rsidRPr="00B6405E">
        <w:rPr>
          <w:rFonts w:ascii="Cambria" w:hAnsi="Cambria"/>
          <w:color w:val="000000" w:themeColor="text1"/>
          <w:sz w:val="22"/>
          <w:szCs w:val="22"/>
        </w:rPr>
        <w:t>FORMULARZ OFERTY</w:t>
      </w:r>
    </w:p>
    <w:p w14:paraId="7862F3C9" w14:textId="77777777" w:rsidR="00706474" w:rsidRPr="00B6405E" w:rsidRDefault="00830C27" w:rsidP="006759D5">
      <w:pPr>
        <w:spacing w:after="50" w:line="235" w:lineRule="auto"/>
        <w:jc w:val="center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b/>
          <w:color w:val="000000" w:themeColor="text1"/>
          <w:sz w:val="22"/>
        </w:rPr>
        <w:t>Sukcesywna dostawa wyrobów do sterylizacji</w:t>
      </w:r>
    </w:p>
    <w:p w14:paraId="072F610E" w14:textId="75A97E84" w:rsidR="00706474" w:rsidRPr="00B6405E" w:rsidRDefault="00830C27" w:rsidP="0081480C">
      <w:pPr>
        <w:pStyle w:val="Nagwek1"/>
        <w:numPr>
          <w:ilvl w:val="0"/>
          <w:numId w:val="10"/>
        </w:numPr>
        <w:spacing w:after="50" w:line="235" w:lineRule="auto"/>
        <w:jc w:val="both"/>
        <w:rPr>
          <w:rFonts w:ascii="Cambria" w:hAnsi="Cambria"/>
          <w:color w:val="000000" w:themeColor="text1"/>
          <w:szCs w:val="22"/>
        </w:rPr>
      </w:pPr>
      <w:r w:rsidRPr="00B6405E">
        <w:rPr>
          <w:rFonts w:ascii="Cambria" w:hAnsi="Cambria"/>
          <w:color w:val="000000" w:themeColor="text1"/>
          <w:szCs w:val="22"/>
        </w:rPr>
        <w:t>Dane Wykonawcy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706474" w:rsidRPr="00B6405E" w14:paraId="67ECF880" w14:textId="77777777" w:rsidTr="006759D5">
        <w:trPr>
          <w:jc w:val="center"/>
        </w:trPr>
        <w:tc>
          <w:tcPr>
            <w:tcW w:w="4929" w:type="dxa"/>
            <w:shd w:val="clear" w:color="auto" w:fill="EAF1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AB1374" w14:textId="77777777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b/>
                <w:color w:val="000000" w:themeColor="text1"/>
                <w:sz w:val="22"/>
              </w:rPr>
              <w:t>Nazwa (firma) Wykonawcy</w:t>
            </w:r>
          </w:p>
        </w:tc>
        <w:tc>
          <w:tcPr>
            <w:tcW w:w="492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1619EA" w14:textId="6EC04244" w:rsidR="00706474" w:rsidRPr="00B6405E" w:rsidRDefault="00706474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</w:p>
        </w:tc>
      </w:tr>
      <w:tr w:rsidR="00706474" w:rsidRPr="00B6405E" w14:paraId="4E540EF7" w14:textId="77777777" w:rsidTr="006759D5">
        <w:trPr>
          <w:jc w:val="center"/>
        </w:trPr>
        <w:tc>
          <w:tcPr>
            <w:tcW w:w="4929" w:type="dxa"/>
            <w:shd w:val="clear" w:color="auto" w:fill="EAF1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06462E" w14:textId="77777777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b/>
                <w:color w:val="000000" w:themeColor="text1"/>
                <w:sz w:val="22"/>
              </w:rPr>
              <w:t>Adres siedziby</w:t>
            </w:r>
          </w:p>
        </w:tc>
        <w:tc>
          <w:tcPr>
            <w:tcW w:w="492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BF19F8" w14:textId="60BB2249" w:rsidR="00706474" w:rsidRPr="00B6405E" w:rsidRDefault="00706474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</w:p>
        </w:tc>
      </w:tr>
      <w:tr w:rsidR="00706474" w:rsidRPr="00B6405E" w14:paraId="1BA3C54D" w14:textId="77777777" w:rsidTr="006759D5">
        <w:trPr>
          <w:jc w:val="center"/>
        </w:trPr>
        <w:tc>
          <w:tcPr>
            <w:tcW w:w="4929" w:type="dxa"/>
            <w:shd w:val="clear" w:color="auto" w:fill="EAF1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CF0BB3" w14:textId="77777777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b/>
                <w:color w:val="000000" w:themeColor="text1"/>
                <w:sz w:val="22"/>
              </w:rPr>
              <w:t>NIP / REGON</w:t>
            </w:r>
          </w:p>
        </w:tc>
        <w:tc>
          <w:tcPr>
            <w:tcW w:w="492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009011" w14:textId="061F46D4" w:rsidR="00706474" w:rsidRPr="00B6405E" w:rsidRDefault="00706474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</w:p>
        </w:tc>
      </w:tr>
      <w:tr w:rsidR="00706474" w:rsidRPr="00B6405E" w14:paraId="1CAED31F" w14:textId="77777777" w:rsidTr="006759D5">
        <w:trPr>
          <w:jc w:val="center"/>
        </w:trPr>
        <w:tc>
          <w:tcPr>
            <w:tcW w:w="4929" w:type="dxa"/>
            <w:shd w:val="clear" w:color="auto" w:fill="EAF1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D4EEBD" w14:textId="77777777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b/>
                <w:color w:val="000000" w:themeColor="text1"/>
                <w:sz w:val="22"/>
              </w:rPr>
              <w:t>Telefon / adres e-mail</w:t>
            </w:r>
          </w:p>
        </w:tc>
        <w:tc>
          <w:tcPr>
            <w:tcW w:w="492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D7CBB6" w14:textId="78ECF39A" w:rsidR="00706474" w:rsidRPr="00B6405E" w:rsidRDefault="00706474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</w:p>
        </w:tc>
      </w:tr>
      <w:tr w:rsidR="00706474" w:rsidRPr="00B6405E" w14:paraId="3A9C7E6C" w14:textId="77777777" w:rsidTr="006759D5">
        <w:trPr>
          <w:jc w:val="center"/>
        </w:trPr>
        <w:tc>
          <w:tcPr>
            <w:tcW w:w="4929" w:type="dxa"/>
            <w:shd w:val="clear" w:color="auto" w:fill="EAF1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E6031B" w14:textId="77777777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b/>
                <w:color w:val="000000" w:themeColor="text1"/>
                <w:sz w:val="22"/>
              </w:rPr>
              <w:t>Osoba do kontaktu w sprawie oferty</w:t>
            </w:r>
          </w:p>
        </w:tc>
        <w:tc>
          <w:tcPr>
            <w:tcW w:w="492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122184" w14:textId="354A4AD0" w:rsidR="00706474" w:rsidRPr="00B6405E" w:rsidRDefault="00706474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</w:p>
        </w:tc>
      </w:tr>
    </w:tbl>
    <w:p w14:paraId="68F9D780" w14:textId="77777777" w:rsidR="0081480C" w:rsidRPr="00B6405E" w:rsidRDefault="0081480C" w:rsidP="006759D5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</w:p>
    <w:p w14:paraId="20AADB4A" w14:textId="4937490A" w:rsidR="00706474" w:rsidRPr="00B6405E" w:rsidRDefault="00830C27" w:rsidP="006759D5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Działając w imieniu Wykonawcy, w odpowiedzi na Zapytanie ofertowe, składamy ofertę na realizację zamówienia na warunkach w nim określonych.</w:t>
      </w:r>
    </w:p>
    <w:p w14:paraId="55AB687E" w14:textId="7D766165" w:rsidR="00706474" w:rsidRPr="00B6405E" w:rsidRDefault="00830C27" w:rsidP="0081480C">
      <w:pPr>
        <w:pStyle w:val="Nagwek1"/>
        <w:numPr>
          <w:ilvl w:val="0"/>
          <w:numId w:val="10"/>
        </w:numPr>
        <w:spacing w:after="50" w:line="235" w:lineRule="auto"/>
        <w:jc w:val="both"/>
        <w:rPr>
          <w:rFonts w:ascii="Cambria" w:hAnsi="Cambria"/>
          <w:color w:val="000000" w:themeColor="text1"/>
          <w:szCs w:val="22"/>
        </w:rPr>
      </w:pPr>
      <w:r w:rsidRPr="00B6405E">
        <w:rPr>
          <w:rFonts w:ascii="Cambria" w:hAnsi="Cambria"/>
          <w:color w:val="000000" w:themeColor="text1"/>
          <w:szCs w:val="22"/>
        </w:rPr>
        <w:t>Cena oferty</w:t>
      </w:r>
    </w:p>
    <w:p w14:paraId="2BD495F9" w14:textId="77777777" w:rsidR="00706474" w:rsidRPr="00B6405E" w:rsidRDefault="00830C27" w:rsidP="006759D5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 xml:space="preserve">Oferujemy realizację całości zamówienia przez okres </w:t>
      </w:r>
      <w:r w:rsidRPr="00B6405E">
        <w:rPr>
          <w:rFonts w:ascii="Cambria" w:hAnsi="Cambria"/>
          <w:b/>
          <w:bCs/>
          <w:color w:val="000000" w:themeColor="text1"/>
          <w:sz w:val="22"/>
        </w:rPr>
        <w:t>24 miesięcy</w:t>
      </w:r>
      <w:r w:rsidRPr="00B6405E">
        <w:rPr>
          <w:rFonts w:ascii="Cambria" w:hAnsi="Cambria"/>
          <w:color w:val="000000" w:themeColor="text1"/>
          <w:sz w:val="22"/>
        </w:rPr>
        <w:t xml:space="preserve"> za łączną cenę: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706474" w:rsidRPr="00B6405E" w14:paraId="36963758" w14:textId="77777777" w:rsidTr="00791190">
        <w:trPr>
          <w:jc w:val="center"/>
        </w:trPr>
        <w:tc>
          <w:tcPr>
            <w:tcW w:w="4929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8A3006" w14:textId="77777777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b/>
                <w:color w:val="000000" w:themeColor="text1"/>
                <w:sz w:val="22"/>
              </w:rPr>
              <w:t>Cena netto</w:t>
            </w:r>
          </w:p>
        </w:tc>
        <w:tc>
          <w:tcPr>
            <w:tcW w:w="492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61235A" w14:textId="68D8B8A9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color w:val="000000" w:themeColor="text1"/>
                <w:sz w:val="22"/>
              </w:rPr>
              <w:t>.................................................................................................... zł</w:t>
            </w:r>
          </w:p>
        </w:tc>
      </w:tr>
      <w:tr w:rsidR="00706474" w:rsidRPr="00B6405E" w14:paraId="5436C24F" w14:textId="77777777" w:rsidTr="00791190">
        <w:trPr>
          <w:jc w:val="center"/>
        </w:trPr>
        <w:tc>
          <w:tcPr>
            <w:tcW w:w="4929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D60A5A" w14:textId="77777777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b/>
                <w:color w:val="000000" w:themeColor="text1"/>
                <w:sz w:val="22"/>
              </w:rPr>
              <w:t>Kwota podatku VAT</w:t>
            </w:r>
          </w:p>
        </w:tc>
        <w:tc>
          <w:tcPr>
            <w:tcW w:w="492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58014E" w14:textId="2580B872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color w:val="000000" w:themeColor="text1"/>
                <w:sz w:val="22"/>
              </w:rPr>
              <w:t>.................................................................................................... zł</w:t>
            </w:r>
          </w:p>
        </w:tc>
      </w:tr>
      <w:tr w:rsidR="00706474" w:rsidRPr="00B6405E" w14:paraId="2F47C3B8" w14:textId="77777777" w:rsidTr="00791190">
        <w:trPr>
          <w:jc w:val="center"/>
        </w:trPr>
        <w:tc>
          <w:tcPr>
            <w:tcW w:w="4929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C93AA6" w14:textId="77777777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b/>
                <w:color w:val="000000" w:themeColor="text1"/>
                <w:sz w:val="22"/>
              </w:rPr>
              <w:t>Cena brutto</w:t>
            </w:r>
          </w:p>
        </w:tc>
        <w:tc>
          <w:tcPr>
            <w:tcW w:w="492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DBC5FF" w14:textId="3B6DA50F" w:rsidR="00706474" w:rsidRPr="00B6405E" w:rsidRDefault="00830C27" w:rsidP="006759D5">
            <w:pPr>
              <w:spacing w:after="0"/>
              <w:jc w:val="both"/>
              <w:rPr>
                <w:rFonts w:ascii="Cambria" w:hAnsi="Cambria"/>
                <w:color w:val="000000" w:themeColor="text1"/>
                <w:sz w:val="22"/>
              </w:rPr>
            </w:pPr>
            <w:r w:rsidRPr="00B6405E">
              <w:rPr>
                <w:rFonts w:ascii="Cambria" w:hAnsi="Cambria"/>
                <w:color w:val="000000" w:themeColor="text1"/>
                <w:sz w:val="22"/>
              </w:rPr>
              <w:t>.................................................................................................... zł</w:t>
            </w:r>
          </w:p>
        </w:tc>
      </w:tr>
    </w:tbl>
    <w:p w14:paraId="64260B12" w14:textId="77777777" w:rsidR="00791190" w:rsidRPr="00B6405E" w:rsidRDefault="00791190" w:rsidP="006759D5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</w:p>
    <w:p w14:paraId="6F2C3BE3" w14:textId="786209FC" w:rsidR="00706474" w:rsidRPr="00B6405E" w:rsidRDefault="00830C27" w:rsidP="006759D5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Cena brutto słownie: ..............................................................................................................................................</w:t>
      </w:r>
    </w:p>
    <w:p w14:paraId="0F026FB3" w14:textId="77777777" w:rsidR="00706474" w:rsidRPr="00B6405E" w:rsidRDefault="00830C27" w:rsidP="006759D5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Szczegółową kalkulację ceny, w tym ceny jednostkowe i zastosowane stawki VAT, przedstawiono w Formularzu asortymentowo-cenowym stanowiącym Załącznik nr 2 do Zapytania ofertowego.</w:t>
      </w:r>
    </w:p>
    <w:p w14:paraId="6B83DFCB" w14:textId="716F3CD0" w:rsidR="00706474" w:rsidRPr="00B6405E" w:rsidRDefault="00830C27" w:rsidP="00791190">
      <w:pPr>
        <w:pStyle w:val="Nagwek1"/>
        <w:numPr>
          <w:ilvl w:val="0"/>
          <w:numId w:val="10"/>
        </w:numPr>
        <w:spacing w:after="50" w:line="235" w:lineRule="auto"/>
        <w:jc w:val="both"/>
        <w:rPr>
          <w:rFonts w:ascii="Cambria" w:hAnsi="Cambria"/>
          <w:color w:val="000000" w:themeColor="text1"/>
          <w:szCs w:val="22"/>
        </w:rPr>
      </w:pPr>
      <w:r w:rsidRPr="00B6405E">
        <w:rPr>
          <w:rFonts w:ascii="Cambria" w:hAnsi="Cambria"/>
          <w:color w:val="000000" w:themeColor="text1"/>
          <w:szCs w:val="22"/>
        </w:rPr>
        <w:t>Oświadczenia Wykonawcy</w:t>
      </w:r>
    </w:p>
    <w:p w14:paraId="1ACAD15D" w14:textId="77777777" w:rsidR="00791190" w:rsidRPr="00B6405E" w:rsidRDefault="00830C27" w:rsidP="00791190">
      <w:pPr>
        <w:pStyle w:val="Akapitzlist"/>
        <w:numPr>
          <w:ilvl w:val="0"/>
          <w:numId w:val="11"/>
        </w:num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Oświadczamy, że zapoznaliśmy się z treścią Zapytania ofertowego oraz załącznikami, akceptujemy określone w nich wymagania i warunki oraz składamy ofertę zgodną z ich treścią.</w:t>
      </w:r>
    </w:p>
    <w:p w14:paraId="06650BA8" w14:textId="77777777" w:rsidR="005D68BB" w:rsidRPr="00B6405E" w:rsidRDefault="00830C27" w:rsidP="005D68BB">
      <w:pPr>
        <w:pStyle w:val="Akapitzlist"/>
        <w:numPr>
          <w:ilvl w:val="0"/>
          <w:numId w:val="11"/>
        </w:num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 xml:space="preserve">Zobowiązujemy się realizować zamówienie przez okres </w:t>
      </w:r>
      <w:r w:rsidRPr="00B6405E">
        <w:rPr>
          <w:rFonts w:ascii="Cambria" w:hAnsi="Cambria"/>
          <w:b/>
          <w:bCs/>
          <w:color w:val="000000" w:themeColor="text1"/>
          <w:sz w:val="22"/>
        </w:rPr>
        <w:t>24 miesięcy</w:t>
      </w:r>
      <w:r w:rsidRPr="00B6405E">
        <w:rPr>
          <w:rFonts w:ascii="Cambria" w:hAnsi="Cambria"/>
          <w:color w:val="000000" w:themeColor="text1"/>
          <w:sz w:val="22"/>
        </w:rPr>
        <w:t xml:space="preserve"> od dnia zawarcia umowy, zgodnie z Zapytaniem ofertowym, opisem przedmiotu zamówienia oraz umową.</w:t>
      </w:r>
    </w:p>
    <w:p w14:paraId="4335B029" w14:textId="77777777" w:rsidR="005D68BB" w:rsidRPr="00B6405E" w:rsidRDefault="00830C27" w:rsidP="005D68BB">
      <w:pPr>
        <w:pStyle w:val="Akapitzlist"/>
        <w:numPr>
          <w:ilvl w:val="0"/>
          <w:numId w:val="11"/>
        </w:num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Oświadczamy, że zaoferowana cena obejmuje wszystkie koszty niezbędne do należytej realizacji zamówienia.</w:t>
      </w:r>
    </w:p>
    <w:p w14:paraId="056F46CC" w14:textId="4316227B" w:rsidR="00706474" w:rsidRPr="00B6405E" w:rsidRDefault="00830C27" w:rsidP="005D68BB">
      <w:pPr>
        <w:pStyle w:val="Akapitzlist"/>
        <w:numPr>
          <w:ilvl w:val="0"/>
          <w:numId w:val="11"/>
        </w:num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Oświadczamy, że wypełniliśmy obowiązki informacyjne przewidziane w art. 13 lub art. 14 RODO wobec osób fizycznych, których dane osobowe przekazaliśmy Zamawiającemu w związku ze złożeniem oferty, z zastrzeżeniem przypadków, w których obowiązek taki nie ma zastosowania.</w:t>
      </w:r>
    </w:p>
    <w:p w14:paraId="18FBA1FB" w14:textId="18C11437" w:rsidR="00706474" w:rsidRPr="00B6405E" w:rsidRDefault="00830C27" w:rsidP="005D68BB">
      <w:pPr>
        <w:pStyle w:val="Nagwek1"/>
        <w:numPr>
          <w:ilvl w:val="0"/>
          <w:numId w:val="10"/>
        </w:numPr>
        <w:spacing w:after="50" w:line="235" w:lineRule="auto"/>
        <w:jc w:val="both"/>
        <w:rPr>
          <w:rFonts w:ascii="Cambria" w:hAnsi="Cambria"/>
          <w:color w:val="000000" w:themeColor="text1"/>
          <w:szCs w:val="22"/>
        </w:rPr>
      </w:pPr>
      <w:r w:rsidRPr="00B6405E">
        <w:rPr>
          <w:rFonts w:ascii="Cambria" w:hAnsi="Cambria"/>
          <w:color w:val="000000" w:themeColor="text1"/>
          <w:szCs w:val="22"/>
        </w:rPr>
        <w:t>Dane do zawarcia i realizacji umowy</w:t>
      </w:r>
    </w:p>
    <w:p w14:paraId="0881D18F" w14:textId="77777777" w:rsidR="00706474" w:rsidRPr="00B6405E" w:rsidRDefault="00830C27" w:rsidP="005D68BB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Osoba do kontaktu w sprawach realizacji umowy: ........................................................................................</w:t>
      </w:r>
    </w:p>
    <w:p w14:paraId="77511757" w14:textId="77777777" w:rsidR="00706474" w:rsidRPr="00B6405E" w:rsidRDefault="00830C27" w:rsidP="005D68BB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Telefon: ............................................................ E-mail: ..............................................................................</w:t>
      </w:r>
    </w:p>
    <w:p w14:paraId="7CF94DE0" w14:textId="77777777" w:rsidR="00706474" w:rsidRPr="00B6405E" w:rsidRDefault="00830C27" w:rsidP="005D68BB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Osoba upoważniona do podpisania umowy w imieniu Wykonawcy: ................................................................</w:t>
      </w:r>
    </w:p>
    <w:p w14:paraId="032D9286" w14:textId="1B93FD49" w:rsidR="00706474" w:rsidRPr="00B6405E" w:rsidRDefault="00830C27" w:rsidP="005D68BB">
      <w:pPr>
        <w:pStyle w:val="Nagwek1"/>
        <w:numPr>
          <w:ilvl w:val="0"/>
          <w:numId w:val="10"/>
        </w:numPr>
        <w:spacing w:after="50" w:line="235" w:lineRule="auto"/>
        <w:jc w:val="both"/>
        <w:rPr>
          <w:rFonts w:ascii="Cambria" w:hAnsi="Cambria"/>
          <w:color w:val="000000" w:themeColor="text1"/>
          <w:szCs w:val="22"/>
        </w:rPr>
      </w:pPr>
      <w:r w:rsidRPr="00B6405E">
        <w:rPr>
          <w:rFonts w:ascii="Cambria" w:hAnsi="Cambria"/>
          <w:color w:val="000000" w:themeColor="text1"/>
          <w:szCs w:val="22"/>
        </w:rPr>
        <w:t>Załączniki do oferty</w:t>
      </w:r>
    </w:p>
    <w:p w14:paraId="065AD3CF" w14:textId="120048B5" w:rsidR="00706474" w:rsidRPr="00B6405E" w:rsidRDefault="00830C27" w:rsidP="005D68BB">
      <w:pPr>
        <w:pStyle w:val="Akapitzlist"/>
        <w:numPr>
          <w:ilvl w:val="0"/>
          <w:numId w:val="12"/>
        </w:num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  <w:r w:rsidRPr="00B6405E">
        <w:rPr>
          <w:rFonts w:ascii="Cambria" w:hAnsi="Cambria"/>
          <w:color w:val="000000" w:themeColor="text1"/>
          <w:sz w:val="22"/>
        </w:rPr>
        <w:t>Formularz asortymentowo-cenowy – Załącznik nr 2 do Zapytania ofertowego.</w:t>
      </w:r>
    </w:p>
    <w:p w14:paraId="5488B7AA" w14:textId="77777777" w:rsidR="00966E11" w:rsidRPr="00B6405E" w:rsidRDefault="00966E11" w:rsidP="00966E11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</w:p>
    <w:p w14:paraId="40D7C176" w14:textId="13E40E10" w:rsidR="005D68BB" w:rsidRPr="00B6405E" w:rsidRDefault="00966E11" w:rsidP="005D68BB">
      <w:pPr>
        <w:spacing w:after="50" w:line="235" w:lineRule="auto"/>
        <w:jc w:val="both"/>
        <w:rPr>
          <w:rFonts w:ascii="Cambria" w:hAnsi="Cambria"/>
          <w:i/>
          <w:iCs/>
          <w:color w:val="000000" w:themeColor="text1"/>
          <w:sz w:val="22"/>
        </w:rPr>
      </w:pPr>
      <w:r w:rsidRPr="00B6405E">
        <w:rPr>
          <w:rFonts w:ascii="Cambria" w:hAnsi="Cambria"/>
          <w:i/>
          <w:iCs/>
          <w:color w:val="000000" w:themeColor="text1"/>
          <w:sz w:val="22"/>
        </w:rPr>
        <w:t>…………………………………                                                                                                        …………………………………………………………………….</w:t>
      </w:r>
    </w:p>
    <w:p w14:paraId="22EA6E6E" w14:textId="1A2B2143" w:rsidR="005D68BB" w:rsidRPr="00B6405E" w:rsidRDefault="005D68BB" w:rsidP="005D68BB">
      <w:pPr>
        <w:spacing w:after="0"/>
        <w:jc w:val="both"/>
        <w:rPr>
          <w:rFonts w:ascii="Cambria" w:hAnsi="Cambria"/>
          <w:i/>
          <w:iCs/>
          <w:color w:val="000000" w:themeColor="text1"/>
          <w:sz w:val="22"/>
        </w:rPr>
      </w:pPr>
      <w:r w:rsidRPr="00B6405E">
        <w:rPr>
          <w:rFonts w:ascii="Cambria" w:hAnsi="Cambria"/>
          <w:i/>
          <w:iCs/>
          <w:color w:val="000000" w:themeColor="text1"/>
          <w:sz w:val="22"/>
        </w:rPr>
        <w:t>(miejscowość,</w:t>
      </w:r>
      <w:r w:rsidR="00966E11" w:rsidRPr="00B6405E">
        <w:rPr>
          <w:rFonts w:ascii="Cambria" w:hAnsi="Cambria"/>
          <w:i/>
          <w:iCs/>
          <w:color w:val="000000" w:themeColor="text1"/>
          <w:sz w:val="22"/>
        </w:rPr>
        <w:t xml:space="preserve"> </w:t>
      </w:r>
      <w:r w:rsidRPr="00B6405E">
        <w:rPr>
          <w:rFonts w:ascii="Cambria" w:hAnsi="Cambria"/>
          <w:i/>
          <w:iCs/>
          <w:color w:val="000000" w:themeColor="text1"/>
          <w:sz w:val="22"/>
        </w:rPr>
        <w:t>data)</w:t>
      </w:r>
      <w:r w:rsidR="00966E11" w:rsidRPr="00B6405E">
        <w:rPr>
          <w:rFonts w:ascii="Cambria" w:hAnsi="Cambria"/>
          <w:i/>
          <w:iCs/>
          <w:color w:val="000000" w:themeColor="text1"/>
          <w:sz w:val="22"/>
        </w:rPr>
        <w:t xml:space="preserve">                                                                                                            </w:t>
      </w:r>
      <w:r w:rsidRPr="00B6405E">
        <w:rPr>
          <w:rFonts w:ascii="Cambria" w:hAnsi="Cambria"/>
          <w:i/>
          <w:iCs/>
          <w:color w:val="000000" w:themeColor="text1"/>
          <w:sz w:val="22"/>
        </w:rPr>
        <w:t>(podpis osoby/osób uprawnionej/uprawnionych)</w:t>
      </w:r>
    </w:p>
    <w:p w14:paraId="72296B8F" w14:textId="39F7DB3B" w:rsidR="005D68BB" w:rsidRPr="00B6405E" w:rsidRDefault="005D68BB" w:rsidP="005D68BB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</w:p>
    <w:p w14:paraId="1C029EA6" w14:textId="77777777" w:rsidR="005D68BB" w:rsidRPr="00B6405E" w:rsidRDefault="005D68BB" w:rsidP="005D68BB">
      <w:pPr>
        <w:spacing w:after="50" w:line="235" w:lineRule="auto"/>
        <w:jc w:val="both"/>
        <w:rPr>
          <w:rFonts w:ascii="Cambria" w:hAnsi="Cambria"/>
          <w:color w:val="000000" w:themeColor="text1"/>
          <w:sz w:val="22"/>
        </w:rPr>
      </w:pPr>
    </w:p>
    <w:p w14:paraId="368196CB" w14:textId="77777777" w:rsidR="00830C27" w:rsidRPr="006759D5" w:rsidRDefault="00830C27" w:rsidP="006759D5">
      <w:pPr>
        <w:jc w:val="both"/>
        <w:rPr>
          <w:rFonts w:ascii="Cambria" w:hAnsi="Cambria"/>
          <w:sz w:val="22"/>
        </w:rPr>
      </w:pPr>
    </w:p>
    <w:sectPr w:rsidR="00830C27" w:rsidRPr="006759D5" w:rsidSect="00034616">
      <w:pgSz w:w="12240" w:h="15840"/>
      <w:pgMar w:top="765" w:right="1191" w:bottom="765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733F76"/>
    <w:multiLevelType w:val="hybridMultilevel"/>
    <w:tmpl w:val="BB6A7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E0725"/>
    <w:multiLevelType w:val="hybridMultilevel"/>
    <w:tmpl w:val="7BA4B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B77D5"/>
    <w:multiLevelType w:val="hybridMultilevel"/>
    <w:tmpl w:val="6E10F8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236322">
    <w:abstractNumId w:val="8"/>
  </w:num>
  <w:num w:numId="2" w16cid:durableId="1941522811">
    <w:abstractNumId w:val="6"/>
  </w:num>
  <w:num w:numId="3" w16cid:durableId="625160717">
    <w:abstractNumId w:val="5"/>
  </w:num>
  <w:num w:numId="4" w16cid:durableId="732583348">
    <w:abstractNumId w:val="4"/>
  </w:num>
  <w:num w:numId="5" w16cid:durableId="546992733">
    <w:abstractNumId w:val="7"/>
  </w:num>
  <w:num w:numId="6" w16cid:durableId="1675838149">
    <w:abstractNumId w:val="3"/>
  </w:num>
  <w:num w:numId="7" w16cid:durableId="1729693245">
    <w:abstractNumId w:val="2"/>
  </w:num>
  <w:num w:numId="8" w16cid:durableId="1553081577">
    <w:abstractNumId w:val="1"/>
  </w:num>
  <w:num w:numId="9" w16cid:durableId="100271783">
    <w:abstractNumId w:val="0"/>
  </w:num>
  <w:num w:numId="10" w16cid:durableId="468939908">
    <w:abstractNumId w:val="11"/>
  </w:num>
  <w:num w:numId="11" w16cid:durableId="754789185">
    <w:abstractNumId w:val="10"/>
  </w:num>
  <w:num w:numId="12" w16cid:durableId="4403411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CC0"/>
    <w:rsid w:val="0029639D"/>
    <w:rsid w:val="00326F90"/>
    <w:rsid w:val="005D68BB"/>
    <w:rsid w:val="006759D5"/>
    <w:rsid w:val="00706474"/>
    <w:rsid w:val="00791190"/>
    <w:rsid w:val="0081480C"/>
    <w:rsid w:val="00830C27"/>
    <w:rsid w:val="00966E11"/>
    <w:rsid w:val="00AA1D8D"/>
    <w:rsid w:val="00B47730"/>
    <w:rsid w:val="00B636A7"/>
    <w:rsid w:val="00B6405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3F1E6"/>
  <w14:defaultImageDpi w14:val="300"/>
  <w15:docId w15:val="{70A3F4A5-EB07-4268-B275-5182E842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Arial" w:hAnsi="Arial"/>
      <w:color w:val="19232D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 – dostawa wyrobów do sterylizacji</vt:lpstr>
      <vt:lpstr/>
    </vt:vector>
  </TitlesOfParts>
  <Manager/>
  <Company/>
  <LinksUpToDate>false</LinksUpToDate>
  <CharactersWithSpaces>2789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 – dostawa wyrobów do sterylizacji</dc:title>
  <dc:subject>Postępowanie DOP/1/ZO/2026</dc:subject>
  <dc:creator>Bogumiła Kalinowska</dc:creator>
  <cp:keywords/>
  <dc:description>generated by python-docx</dc:description>
  <cp:lastModifiedBy>Bogumila Kalinowska</cp:lastModifiedBy>
  <cp:revision>3</cp:revision>
  <cp:lastPrinted>2026-11-06T08:21:00Z</cp:lastPrinted>
  <dcterms:created xsi:type="dcterms:W3CDTF">2026-11-05T12:51:00Z</dcterms:created>
  <dcterms:modified xsi:type="dcterms:W3CDTF">2026-11-06T08:21:00Z</dcterms:modified>
  <cp:category/>
</cp:coreProperties>
</file>