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6D626" w14:textId="77777777" w:rsidR="00433022" w:rsidRPr="00A86BF8" w:rsidRDefault="00531F5F">
      <w:pPr>
        <w:spacing w:after="60"/>
        <w:jc w:val="right"/>
        <w:rPr>
          <w:rFonts w:ascii="Cambria" w:hAnsi="Cambria"/>
          <w:sz w:val="22"/>
        </w:rPr>
      </w:pPr>
      <w:bookmarkStart w:id="0" w:name="_GoBack"/>
      <w:bookmarkEnd w:id="0"/>
      <w:r w:rsidRPr="00A86BF8">
        <w:rPr>
          <w:rFonts w:ascii="Cambria" w:eastAsia="Aptos" w:hAnsi="Cambria"/>
          <w:color w:val="666666"/>
          <w:sz w:val="22"/>
        </w:rPr>
        <w:t>Załącznik nr 1 do Zaproszenia</w:t>
      </w:r>
    </w:p>
    <w:p w14:paraId="0BD25449" w14:textId="77777777" w:rsidR="00433022" w:rsidRPr="00A86BF8" w:rsidRDefault="00531F5F">
      <w:pPr>
        <w:pStyle w:val="Tytu"/>
        <w:spacing w:after="60"/>
        <w:jc w:val="center"/>
        <w:rPr>
          <w:rFonts w:ascii="Cambria" w:hAnsi="Cambria"/>
          <w:sz w:val="22"/>
          <w:szCs w:val="22"/>
        </w:rPr>
      </w:pPr>
      <w:r w:rsidRPr="00A86BF8">
        <w:rPr>
          <w:rFonts w:ascii="Cambria" w:eastAsia="Aptos" w:hAnsi="Cambria"/>
          <w:b/>
          <w:sz w:val="22"/>
          <w:szCs w:val="22"/>
        </w:rPr>
        <w:t>Formularz ofertowy</w:t>
      </w:r>
    </w:p>
    <w:p w14:paraId="1EF83E54" w14:textId="77777777" w:rsidR="00433022" w:rsidRPr="00A86BF8" w:rsidRDefault="00531F5F">
      <w:pPr>
        <w:jc w:val="center"/>
        <w:rPr>
          <w:rFonts w:ascii="Cambria" w:hAnsi="Cambria"/>
          <w:sz w:val="22"/>
        </w:rPr>
      </w:pPr>
      <w:r w:rsidRPr="00A86BF8">
        <w:rPr>
          <w:rFonts w:ascii="Cambria" w:eastAsia="Aptos" w:hAnsi="Cambria"/>
          <w:b/>
          <w:color w:val="1F4E79"/>
          <w:sz w:val="22"/>
        </w:rPr>
        <w:t>Sukcesywna dostawa papieru toaletowego i ręczników papierowych</w:t>
      </w:r>
    </w:p>
    <w:p w14:paraId="347BCCC5" w14:textId="77777777" w:rsidR="00433022" w:rsidRPr="00A86BF8" w:rsidRDefault="00531F5F">
      <w:pPr>
        <w:pStyle w:val="Nagwek1"/>
        <w:spacing w:before="180" w:after="80"/>
        <w:rPr>
          <w:rFonts w:ascii="Cambria" w:hAnsi="Cambria"/>
          <w:sz w:val="22"/>
          <w:szCs w:val="22"/>
        </w:rPr>
      </w:pPr>
      <w:r w:rsidRPr="00A86BF8">
        <w:rPr>
          <w:rFonts w:ascii="Cambria" w:eastAsia="Aptos" w:hAnsi="Cambria"/>
          <w:color w:val="1F4E79"/>
          <w:sz w:val="22"/>
          <w:szCs w:val="22"/>
        </w:rPr>
        <w:t>Dane Wykonawcy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690"/>
      </w:tblGrid>
      <w:tr w:rsidR="00433022" w:rsidRPr="00A86BF8" w14:paraId="5F9F42D7" w14:textId="77777777">
        <w:trPr>
          <w:jc w:val="center"/>
        </w:trPr>
        <w:tc>
          <w:tcPr>
            <w:tcW w:w="2948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6B7A82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Pełna nazwa Wykonawcy</w:t>
            </w:r>
          </w:p>
        </w:tc>
        <w:tc>
          <w:tcPr>
            <w:tcW w:w="669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2479802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  <w:tr w:rsidR="00433022" w:rsidRPr="00A86BF8" w14:paraId="2F62717C" w14:textId="77777777">
        <w:trPr>
          <w:jc w:val="center"/>
        </w:trPr>
        <w:tc>
          <w:tcPr>
            <w:tcW w:w="2948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D42232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Adres siedziby</w:t>
            </w:r>
          </w:p>
        </w:tc>
        <w:tc>
          <w:tcPr>
            <w:tcW w:w="669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30CE2E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  <w:tr w:rsidR="00433022" w:rsidRPr="00A86BF8" w14:paraId="4BDCAB89" w14:textId="77777777">
        <w:trPr>
          <w:jc w:val="center"/>
        </w:trPr>
        <w:tc>
          <w:tcPr>
            <w:tcW w:w="2948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A8736B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NIP</w:t>
            </w:r>
          </w:p>
        </w:tc>
        <w:tc>
          <w:tcPr>
            <w:tcW w:w="669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60B3C0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  <w:tr w:rsidR="00433022" w:rsidRPr="00A86BF8" w14:paraId="6FC42201" w14:textId="77777777">
        <w:trPr>
          <w:jc w:val="center"/>
        </w:trPr>
        <w:tc>
          <w:tcPr>
            <w:tcW w:w="2948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BAD77FD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REGON</w:t>
            </w:r>
          </w:p>
        </w:tc>
        <w:tc>
          <w:tcPr>
            <w:tcW w:w="669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E12137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  <w:tr w:rsidR="00433022" w:rsidRPr="00A86BF8" w14:paraId="691C2126" w14:textId="77777777">
        <w:trPr>
          <w:jc w:val="center"/>
        </w:trPr>
        <w:tc>
          <w:tcPr>
            <w:tcW w:w="2948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597746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KRS lub CEIDG</w:t>
            </w:r>
          </w:p>
        </w:tc>
        <w:tc>
          <w:tcPr>
            <w:tcW w:w="669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419C75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  <w:tr w:rsidR="00433022" w:rsidRPr="00A86BF8" w14:paraId="7D48E636" w14:textId="77777777">
        <w:trPr>
          <w:jc w:val="center"/>
        </w:trPr>
        <w:tc>
          <w:tcPr>
            <w:tcW w:w="2948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30972D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Adres e-mail</w:t>
            </w:r>
          </w:p>
        </w:tc>
        <w:tc>
          <w:tcPr>
            <w:tcW w:w="669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249A87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  <w:tr w:rsidR="00433022" w:rsidRPr="00A86BF8" w14:paraId="7C4E156C" w14:textId="77777777">
        <w:trPr>
          <w:jc w:val="center"/>
        </w:trPr>
        <w:tc>
          <w:tcPr>
            <w:tcW w:w="2948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B49628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Numer telefonu</w:t>
            </w:r>
          </w:p>
        </w:tc>
        <w:tc>
          <w:tcPr>
            <w:tcW w:w="669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F17623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  <w:tr w:rsidR="00433022" w:rsidRPr="00A86BF8" w14:paraId="5A32CFA7" w14:textId="77777777">
        <w:trPr>
          <w:jc w:val="center"/>
        </w:trPr>
        <w:tc>
          <w:tcPr>
            <w:tcW w:w="2948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98C1F9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Osoba do kontaktu w sprawie oferty</w:t>
            </w:r>
          </w:p>
        </w:tc>
        <w:tc>
          <w:tcPr>
            <w:tcW w:w="669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1566378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t>imię i nazwisko, telefon, e-mail</w:t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</w:tbl>
    <w:p w14:paraId="6A552A6F" w14:textId="77777777" w:rsidR="00433022" w:rsidRPr="00A86BF8" w:rsidRDefault="00531F5F">
      <w:pPr>
        <w:pStyle w:val="Nagwek1"/>
        <w:spacing w:before="180" w:after="80"/>
        <w:rPr>
          <w:rFonts w:ascii="Cambria" w:hAnsi="Cambria"/>
          <w:sz w:val="22"/>
          <w:szCs w:val="22"/>
        </w:rPr>
      </w:pPr>
      <w:r w:rsidRPr="00A86BF8">
        <w:rPr>
          <w:rFonts w:ascii="Cambria" w:eastAsia="Aptos" w:hAnsi="Cambria"/>
          <w:color w:val="1F4E79"/>
          <w:sz w:val="22"/>
          <w:szCs w:val="22"/>
        </w:rPr>
        <w:t>Cena oferty</w:t>
      </w:r>
    </w:p>
    <w:p w14:paraId="6049CC53" w14:textId="77777777" w:rsidR="00433022" w:rsidRPr="00A86BF8" w:rsidRDefault="00531F5F">
      <w:pPr>
        <w:spacing w:after="100" w:line="259" w:lineRule="auto"/>
        <w:rPr>
          <w:rFonts w:ascii="Cambria" w:hAnsi="Cambria"/>
          <w:sz w:val="22"/>
        </w:rPr>
      </w:pPr>
      <w:r w:rsidRPr="00A86BF8">
        <w:rPr>
          <w:rFonts w:ascii="Cambria" w:eastAsia="Aptos" w:hAnsi="Cambria"/>
          <w:color w:val="000000"/>
          <w:sz w:val="22"/>
        </w:rPr>
        <w:t>Oferujemy wykonanie całego przedmiotu zamówienia zgodnie z Zaproszeniem oraz Formularzem asortymentowo-cenowym za następującą cenę: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13"/>
        <w:gridCol w:w="3231"/>
      </w:tblGrid>
      <w:tr w:rsidR="00433022" w:rsidRPr="00A86BF8" w14:paraId="170A75CE" w14:textId="77777777">
        <w:trPr>
          <w:tblHeader/>
          <w:jc w:val="center"/>
        </w:trPr>
        <w:tc>
          <w:tcPr>
            <w:tcW w:w="3231" w:type="dxa"/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A306A7E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FFFFFF"/>
                <w:sz w:val="22"/>
              </w:rPr>
              <w:lastRenderedPageBreak/>
              <w:t>Wartość netto</w:t>
            </w:r>
          </w:p>
        </w:tc>
        <w:tc>
          <w:tcPr>
            <w:tcW w:w="3175" w:type="dxa"/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720B2F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FFFFFF"/>
                <w:sz w:val="22"/>
              </w:rPr>
              <w:t>Podatek VAT</w:t>
            </w:r>
          </w:p>
        </w:tc>
        <w:tc>
          <w:tcPr>
            <w:tcW w:w="3231" w:type="dxa"/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23F8BD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FFFFFF"/>
                <w:sz w:val="22"/>
              </w:rPr>
              <w:t>Wartość brutto</w:t>
            </w:r>
          </w:p>
        </w:tc>
      </w:tr>
      <w:tr w:rsidR="00433022" w:rsidRPr="00A86BF8" w14:paraId="6DFB9C32" w14:textId="77777777">
        <w:trPr>
          <w:jc w:val="center"/>
        </w:trPr>
        <w:tc>
          <w:tcPr>
            <w:tcW w:w="321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561F27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000000"/>
                <w:sz w:val="22"/>
              </w:rPr>
              <w:br/>
              <w:t>.................................. zł</w:t>
            </w:r>
            <w:r w:rsidRPr="00A86BF8">
              <w:rPr>
                <w:rFonts w:ascii="Cambria" w:eastAsia="Aptos" w:hAnsi="Cambria"/>
                <w:color w:val="000000"/>
                <w:sz w:val="22"/>
              </w:rPr>
              <w:br/>
            </w:r>
          </w:p>
        </w:tc>
        <w:tc>
          <w:tcPr>
            <w:tcW w:w="321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F5E14E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000000"/>
                <w:sz w:val="22"/>
              </w:rPr>
              <w:br/>
              <w:t>.................................. zł</w:t>
            </w:r>
            <w:r w:rsidRPr="00A86BF8">
              <w:rPr>
                <w:rFonts w:ascii="Cambria" w:eastAsia="Aptos" w:hAnsi="Cambria"/>
                <w:color w:val="000000"/>
                <w:sz w:val="22"/>
              </w:rPr>
              <w:br/>
            </w:r>
          </w:p>
        </w:tc>
        <w:tc>
          <w:tcPr>
            <w:tcW w:w="321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D1216A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000000"/>
                <w:sz w:val="22"/>
              </w:rPr>
              <w:br/>
              <w:t>.................................. zł</w:t>
            </w:r>
            <w:r w:rsidRPr="00A86BF8">
              <w:rPr>
                <w:rFonts w:ascii="Cambria" w:eastAsia="Aptos" w:hAnsi="Cambria"/>
                <w:color w:val="000000"/>
                <w:sz w:val="22"/>
              </w:rPr>
              <w:br/>
            </w:r>
          </w:p>
        </w:tc>
      </w:tr>
    </w:tbl>
    <w:p w14:paraId="68A42F4F" w14:textId="77777777" w:rsidR="00433022" w:rsidRPr="00A86BF8" w:rsidRDefault="00531F5F">
      <w:pPr>
        <w:spacing w:before="80" w:after="80"/>
        <w:rPr>
          <w:rFonts w:ascii="Cambria" w:hAnsi="Cambria"/>
          <w:sz w:val="22"/>
        </w:rPr>
      </w:pPr>
      <w:r w:rsidRPr="00A86BF8">
        <w:rPr>
          <w:rFonts w:ascii="Cambria" w:eastAsia="Aptos" w:hAnsi="Cambria"/>
          <w:b/>
          <w:color w:val="000000"/>
          <w:sz w:val="22"/>
        </w:rPr>
        <w:t xml:space="preserve">Cena brutto słownie: </w:t>
      </w:r>
      <w:r w:rsidRPr="00A86BF8">
        <w:rPr>
          <w:rFonts w:ascii="Cambria" w:eastAsia="Aptos" w:hAnsi="Cambria"/>
          <w:color w:val="000000"/>
          <w:sz w:val="22"/>
        </w:rPr>
        <w:t>.................................................................................................................................</w:t>
      </w:r>
    </w:p>
    <w:p w14:paraId="7DB7E15B" w14:textId="77777777" w:rsidR="00433022" w:rsidRPr="00A86BF8" w:rsidRDefault="00531F5F">
      <w:pPr>
        <w:spacing w:after="100"/>
        <w:rPr>
          <w:rFonts w:ascii="Cambria" w:hAnsi="Cambria"/>
          <w:i/>
          <w:iCs/>
          <w:sz w:val="22"/>
        </w:rPr>
      </w:pPr>
      <w:r w:rsidRPr="00A86BF8">
        <w:rPr>
          <w:rFonts w:ascii="Cambria" w:eastAsia="Aptos" w:hAnsi="Cambria"/>
          <w:i/>
          <w:iCs/>
          <w:sz w:val="22"/>
        </w:rPr>
        <w:t>Szczegółową kalkulację ceny zawiera Formularz asortymentowo-cenowy stanowiący Załącznik nr 2. W razie rozbieżności zastosowanie mają zasady określone w Zaproszeniu.</w:t>
      </w:r>
    </w:p>
    <w:p w14:paraId="124D6356" w14:textId="77777777" w:rsidR="00433022" w:rsidRPr="00A86BF8" w:rsidRDefault="00531F5F">
      <w:pPr>
        <w:pStyle w:val="Nagwek1"/>
        <w:spacing w:before="180" w:after="80"/>
        <w:rPr>
          <w:rFonts w:ascii="Cambria" w:hAnsi="Cambria"/>
          <w:sz w:val="22"/>
          <w:szCs w:val="22"/>
        </w:rPr>
      </w:pPr>
      <w:r w:rsidRPr="00A86BF8">
        <w:rPr>
          <w:rFonts w:ascii="Cambria" w:eastAsia="Aptos" w:hAnsi="Cambria"/>
          <w:color w:val="1F4E79"/>
          <w:sz w:val="22"/>
          <w:szCs w:val="22"/>
        </w:rPr>
        <w:t>Oświadczenia Wykonawcy</w:t>
      </w:r>
    </w:p>
    <w:p w14:paraId="7B5BB488" w14:textId="77777777" w:rsidR="00A86BF8" w:rsidRPr="00A86BF8" w:rsidRDefault="00531F5F" w:rsidP="00A86BF8">
      <w:pPr>
        <w:pStyle w:val="Akapitzlist"/>
        <w:numPr>
          <w:ilvl w:val="0"/>
          <w:numId w:val="10"/>
        </w:numPr>
        <w:spacing w:after="80" w:line="259" w:lineRule="auto"/>
        <w:jc w:val="both"/>
        <w:rPr>
          <w:rFonts w:ascii="Cambria" w:hAnsi="Cambria"/>
          <w:sz w:val="22"/>
        </w:rPr>
      </w:pPr>
      <w:r w:rsidRPr="00A86BF8">
        <w:rPr>
          <w:rFonts w:ascii="Cambria" w:eastAsia="Aptos" w:hAnsi="Cambria"/>
          <w:color w:val="000000"/>
          <w:sz w:val="22"/>
        </w:rPr>
        <w:t>zapoznaliśmy się z Zaproszeniem, jego załącznikami oraz udzielonymi wyjaśnieniami i wprowadzonymi zmianami, nie wnosimy do nich zastrzeżeń i akceptujemy wszystkie wymagania Zamawiającego;</w:t>
      </w:r>
    </w:p>
    <w:p w14:paraId="7633619F" w14:textId="77777777" w:rsidR="00A86BF8" w:rsidRPr="00A86BF8" w:rsidRDefault="00531F5F" w:rsidP="00A86BF8">
      <w:pPr>
        <w:pStyle w:val="Akapitzlist"/>
        <w:numPr>
          <w:ilvl w:val="0"/>
          <w:numId w:val="10"/>
        </w:numPr>
        <w:spacing w:after="80" w:line="259" w:lineRule="auto"/>
        <w:jc w:val="both"/>
        <w:rPr>
          <w:rFonts w:ascii="Cambria" w:hAnsi="Cambria"/>
          <w:sz w:val="22"/>
        </w:rPr>
      </w:pPr>
      <w:r w:rsidRPr="00A86BF8">
        <w:rPr>
          <w:rFonts w:ascii="Cambria" w:eastAsia="Aptos" w:hAnsi="Cambria"/>
          <w:color w:val="000000"/>
          <w:sz w:val="22"/>
        </w:rPr>
        <w:t>oferujemy wykonanie całego przedmiotu zamówienia, obejmującego wszystkie pozycje Formularza asortymentowo-cenowego;</w:t>
      </w:r>
    </w:p>
    <w:p w14:paraId="148AE2F9" w14:textId="77777777" w:rsidR="00A86BF8" w:rsidRPr="00A86BF8" w:rsidRDefault="00531F5F" w:rsidP="00A86BF8">
      <w:pPr>
        <w:pStyle w:val="Akapitzlist"/>
        <w:numPr>
          <w:ilvl w:val="0"/>
          <w:numId w:val="10"/>
        </w:numPr>
        <w:spacing w:after="80" w:line="259" w:lineRule="auto"/>
        <w:jc w:val="both"/>
        <w:rPr>
          <w:rFonts w:ascii="Cambria" w:hAnsi="Cambria"/>
          <w:sz w:val="22"/>
        </w:rPr>
      </w:pPr>
      <w:r w:rsidRPr="00A86BF8">
        <w:rPr>
          <w:rFonts w:ascii="Cambria" w:eastAsia="Aptos" w:hAnsi="Cambria"/>
          <w:color w:val="000000"/>
          <w:sz w:val="22"/>
        </w:rPr>
        <w:t>cena oferty obejmuje wszystkie koszty niezbędne do prawidłowego wykonania zamówienia, w tym koszty transportu, rozładunku, opakowania, podatki i opłaty;</w:t>
      </w:r>
    </w:p>
    <w:p w14:paraId="229FA719" w14:textId="77777777" w:rsidR="00A86BF8" w:rsidRPr="00A86BF8" w:rsidRDefault="00531F5F" w:rsidP="00A86BF8">
      <w:pPr>
        <w:pStyle w:val="Akapitzlist"/>
        <w:numPr>
          <w:ilvl w:val="0"/>
          <w:numId w:val="10"/>
        </w:numPr>
        <w:spacing w:after="80" w:line="259" w:lineRule="auto"/>
        <w:jc w:val="both"/>
        <w:rPr>
          <w:rFonts w:ascii="Cambria" w:hAnsi="Cambria"/>
          <w:sz w:val="22"/>
        </w:rPr>
      </w:pPr>
      <w:r w:rsidRPr="00A86BF8">
        <w:rPr>
          <w:rFonts w:ascii="Cambria" w:eastAsia="Aptos" w:hAnsi="Cambria"/>
          <w:color w:val="000000"/>
          <w:sz w:val="22"/>
        </w:rPr>
        <w:t>pozostajemy związani ofertą przez 30 dni od upływu terminu składania ofert;</w:t>
      </w:r>
    </w:p>
    <w:p w14:paraId="6F5E978C" w14:textId="77777777" w:rsidR="00A86BF8" w:rsidRPr="00A86BF8" w:rsidRDefault="00531F5F" w:rsidP="00A86BF8">
      <w:pPr>
        <w:pStyle w:val="Akapitzlist"/>
        <w:numPr>
          <w:ilvl w:val="0"/>
          <w:numId w:val="10"/>
        </w:numPr>
        <w:spacing w:after="80" w:line="259" w:lineRule="auto"/>
        <w:jc w:val="both"/>
        <w:rPr>
          <w:rFonts w:ascii="Cambria" w:hAnsi="Cambria"/>
          <w:sz w:val="22"/>
        </w:rPr>
      </w:pPr>
      <w:r w:rsidRPr="00A86BF8">
        <w:rPr>
          <w:rFonts w:ascii="Cambria" w:eastAsia="Aptos" w:hAnsi="Cambria"/>
          <w:color w:val="000000"/>
          <w:sz w:val="22"/>
        </w:rPr>
        <w:t>akceptujemy wzór umowy stanowiący Załącznik nr 3 i w przypadku wyboru naszej oferty zobowiązujemy się zawrzeć umowę w miejscu i terminie wskazanym przez Zamawiającego;</w:t>
      </w:r>
    </w:p>
    <w:p w14:paraId="115478EC" w14:textId="77777777" w:rsidR="00A86BF8" w:rsidRPr="00A86BF8" w:rsidRDefault="00531F5F" w:rsidP="00A86BF8">
      <w:pPr>
        <w:pStyle w:val="Akapitzlist"/>
        <w:numPr>
          <w:ilvl w:val="0"/>
          <w:numId w:val="10"/>
        </w:numPr>
        <w:spacing w:after="80" w:line="259" w:lineRule="auto"/>
        <w:jc w:val="both"/>
        <w:rPr>
          <w:rFonts w:ascii="Cambria" w:hAnsi="Cambria"/>
          <w:sz w:val="22"/>
        </w:rPr>
      </w:pPr>
      <w:r w:rsidRPr="00A86BF8">
        <w:rPr>
          <w:rFonts w:ascii="Cambria" w:eastAsia="Aptos" w:hAnsi="Cambria"/>
          <w:color w:val="000000"/>
          <w:sz w:val="22"/>
        </w:rPr>
        <w:t>posiadamy informacje i możliwości niezbędne do należytego oraz terminowego wykonania zamówienia;</w:t>
      </w:r>
    </w:p>
    <w:p w14:paraId="1D0071C0" w14:textId="20770701" w:rsidR="00433022" w:rsidRPr="00A86BF8" w:rsidRDefault="00531F5F" w:rsidP="00A86BF8">
      <w:pPr>
        <w:pStyle w:val="Akapitzlist"/>
        <w:numPr>
          <w:ilvl w:val="0"/>
          <w:numId w:val="10"/>
        </w:numPr>
        <w:spacing w:after="80" w:line="259" w:lineRule="auto"/>
        <w:jc w:val="both"/>
        <w:rPr>
          <w:rFonts w:ascii="Cambria" w:hAnsi="Cambria"/>
          <w:sz w:val="22"/>
        </w:rPr>
      </w:pPr>
      <w:r w:rsidRPr="00A86BF8">
        <w:rPr>
          <w:rFonts w:ascii="Cambria" w:eastAsia="Aptos" w:hAnsi="Cambria"/>
          <w:color w:val="000000"/>
          <w:sz w:val="22"/>
        </w:rPr>
        <w:lastRenderedPageBreak/>
        <w:t>wypełniliśmy obowiązki informacyjne wynikające z art. 13 lub art. 14 RODO wobec osób, których dane przekazujemy Zamawiającemu w związku z niniejszym postępowaniem.</w:t>
      </w:r>
    </w:p>
    <w:p w14:paraId="3518A459" w14:textId="77777777" w:rsidR="00433022" w:rsidRPr="00A86BF8" w:rsidRDefault="00531F5F">
      <w:pPr>
        <w:pStyle w:val="Nagwek1"/>
        <w:spacing w:before="180" w:after="80"/>
        <w:rPr>
          <w:rFonts w:ascii="Cambria" w:hAnsi="Cambria"/>
          <w:sz w:val="22"/>
          <w:szCs w:val="22"/>
        </w:rPr>
      </w:pPr>
      <w:r w:rsidRPr="00A86BF8">
        <w:rPr>
          <w:rFonts w:ascii="Cambria" w:eastAsia="Aptos" w:hAnsi="Cambria"/>
          <w:color w:val="1F4E79"/>
          <w:sz w:val="22"/>
          <w:szCs w:val="22"/>
        </w:rPr>
        <w:t>Informacje potrzebne do zawarcia i realizacji umowy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6066"/>
      </w:tblGrid>
      <w:tr w:rsidR="00433022" w:rsidRPr="00A86BF8" w14:paraId="10291C40" w14:textId="77777777">
        <w:trPr>
          <w:jc w:val="center"/>
        </w:trPr>
        <w:tc>
          <w:tcPr>
            <w:tcW w:w="3572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65BCC2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Osoba uprawniona do podpisania umowy</w:t>
            </w:r>
          </w:p>
        </w:tc>
        <w:tc>
          <w:tcPr>
            <w:tcW w:w="606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070A76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t>imię i nazwisko, funkcja, podstawa umocowania</w:t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  <w:tr w:rsidR="00433022" w:rsidRPr="00A86BF8" w14:paraId="02FF0201" w14:textId="77777777">
        <w:trPr>
          <w:jc w:val="center"/>
        </w:trPr>
        <w:tc>
          <w:tcPr>
            <w:tcW w:w="3572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2D6C63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Osoba odpowiedzialna za realizację umowy</w:t>
            </w:r>
          </w:p>
        </w:tc>
        <w:tc>
          <w:tcPr>
            <w:tcW w:w="606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A3E117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t>imię i nazwisko, telefon, e-mail</w:t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  <w:tr w:rsidR="00433022" w:rsidRPr="00A86BF8" w14:paraId="53EF7D1B" w14:textId="77777777">
        <w:trPr>
          <w:jc w:val="center"/>
        </w:trPr>
        <w:tc>
          <w:tcPr>
            <w:tcW w:w="3572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FCA141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Adres do przesyłania zamówień</w:t>
            </w:r>
          </w:p>
        </w:tc>
        <w:tc>
          <w:tcPr>
            <w:tcW w:w="606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C2F9A1" w14:textId="77777777" w:rsidR="00433022" w:rsidRPr="00A86BF8" w:rsidRDefault="00531F5F">
            <w:pPr>
              <w:spacing w:after="0" w:line="252" w:lineRule="auto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666666"/>
                <w:sz w:val="22"/>
              </w:rPr>
              <w:t>adres e-mail</w:t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  <w:r w:rsidRPr="00A86BF8">
              <w:rPr>
                <w:rFonts w:ascii="Cambria" w:eastAsia="Aptos" w:hAnsi="Cambria"/>
                <w:color w:val="666666"/>
                <w:sz w:val="22"/>
              </w:rPr>
              <w:br/>
            </w:r>
          </w:p>
        </w:tc>
      </w:tr>
    </w:tbl>
    <w:p w14:paraId="259F4775" w14:textId="77777777" w:rsidR="00433022" w:rsidRPr="00A86BF8" w:rsidRDefault="00531F5F">
      <w:pPr>
        <w:pStyle w:val="Nagwek1"/>
        <w:spacing w:before="180" w:after="80"/>
        <w:rPr>
          <w:rFonts w:ascii="Cambria" w:hAnsi="Cambria"/>
          <w:sz w:val="22"/>
          <w:szCs w:val="22"/>
        </w:rPr>
      </w:pPr>
      <w:r w:rsidRPr="00A86BF8">
        <w:rPr>
          <w:rFonts w:ascii="Cambria" w:eastAsia="Aptos" w:hAnsi="Cambria"/>
          <w:color w:val="1F4E79"/>
          <w:sz w:val="22"/>
          <w:szCs w:val="22"/>
        </w:rPr>
        <w:t>Informacja o poufności</w:t>
      </w:r>
    </w:p>
    <w:p w14:paraId="6A851464" w14:textId="77768BE9" w:rsidR="00433022" w:rsidRPr="00A86BF8" w:rsidRDefault="00A86BF8">
      <w:pPr>
        <w:spacing w:after="80" w:line="259" w:lineRule="auto"/>
        <w:ind w:left="170"/>
        <w:rPr>
          <w:rFonts w:ascii="Cambria" w:hAnsi="Cambria"/>
          <w:sz w:val="22"/>
        </w:rPr>
      </w:pPr>
      <w:r w:rsidRPr="00A86BF8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86BF8">
        <w:rPr>
          <w:rFonts w:ascii="Cambria" w:hAnsi="Cambria"/>
          <w:b/>
          <w:sz w:val="22"/>
        </w:rPr>
        <w:instrText xml:space="preserve"> FORMCHECKBOX </w:instrText>
      </w:r>
      <w:r w:rsidR="00242417">
        <w:rPr>
          <w:rFonts w:ascii="Cambria" w:hAnsi="Cambria"/>
          <w:b/>
          <w:sz w:val="22"/>
        </w:rPr>
      </w:r>
      <w:r w:rsidR="00242417">
        <w:rPr>
          <w:rFonts w:ascii="Cambria" w:hAnsi="Cambria"/>
          <w:b/>
          <w:sz w:val="22"/>
        </w:rPr>
        <w:fldChar w:fldCharType="separate"/>
      </w:r>
      <w:r w:rsidRPr="00A86BF8">
        <w:rPr>
          <w:rFonts w:ascii="Cambria" w:hAnsi="Cambria"/>
          <w:b/>
          <w:sz w:val="22"/>
        </w:rPr>
        <w:fldChar w:fldCharType="end"/>
      </w:r>
      <w:r w:rsidRPr="00A86BF8">
        <w:rPr>
          <w:rFonts w:ascii="Cambria" w:hAnsi="Cambria"/>
          <w:b/>
          <w:sz w:val="22"/>
        </w:rPr>
        <w:t xml:space="preserve"> </w:t>
      </w:r>
      <w:r w:rsidR="00531F5F" w:rsidRPr="00A86BF8">
        <w:rPr>
          <w:rFonts w:ascii="Cambria" w:eastAsia="Aptos" w:hAnsi="Cambria"/>
          <w:color w:val="000000"/>
          <w:sz w:val="22"/>
        </w:rPr>
        <w:t>Oferta nie zawiera informacji stanowiących tajemnicę przedsiębiorstwa.</w:t>
      </w:r>
    </w:p>
    <w:p w14:paraId="0E6C25B6" w14:textId="1E5C72B6" w:rsidR="00433022" w:rsidRPr="00A86BF8" w:rsidRDefault="00A86BF8">
      <w:pPr>
        <w:spacing w:after="80" w:line="259" w:lineRule="auto"/>
        <w:ind w:left="170"/>
        <w:rPr>
          <w:rFonts w:ascii="Cambria" w:hAnsi="Cambria"/>
          <w:sz w:val="22"/>
        </w:rPr>
      </w:pPr>
      <w:r w:rsidRPr="00A86BF8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86BF8">
        <w:rPr>
          <w:rFonts w:ascii="Cambria" w:hAnsi="Cambria"/>
          <w:b/>
          <w:sz w:val="22"/>
        </w:rPr>
        <w:instrText xml:space="preserve"> FORMCHECKBOX </w:instrText>
      </w:r>
      <w:r w:rsidR="00242417">
        <w:rPr>
          <w:rFonts w:ascii="Cambria" w:hAnsi="Cambria"/>
          <w:b/>
          <w:sz w:val="22"/>
        </w:rPr>
      </w:r>
      <w:r w:rsidR="00242417">
        <w:rPr>
          <w:rFonts w:ascii="Cambria" w:hAnsi="Cambria"/>
          <w:b/>
          <w:sz w:val="22"/>
        </w:rPr>
        <w:fldChar w:fldCharType="separate"/>
      </w:r>
      <w:r w:rsidRPr="00A86BF8">
        <w:rPr>
          <w:rFonts w:ascii="Cambria" w:hAnsi="Cambria"/>
          <w:b/>
          <w:sz w:val="22"/>
        </w:rPr>
        <w:fldChar w:fldCharType="end"/>
      </w:r>
      <w:r w:rsidRPr="00A86BF8">
        <w:rPr>
          <w:rFonts w:ascii="Cambria" w:hAnsi="Cambria"/>
          <w:b/>
          <w:sz w:val="22"/>
        </w:rPr>
        <w:t xml:space="preserve"> </w:t>
      </w:r>
      <w:r w:rsidR="00531F5F" w:rsidRPr="00A86BF8">
        <w:rPr>
          <w:rFonts w:ascii="Cambria" w:eastAsia="Aptos" w:hAnsi="Cambria"/>
          <w:color w:val="000000"/>
          <w:sz w:val="22"/>
        </w:rPr>
        <w:t>Oferta zawiera informacje stanowiące tajemnicę przedsiębiorstwa, wskazane w odrębnym, wyraźnie oznaczonym pliku wraz z uzasadnieniem ich poufnego charakteru.</w:t>
      </w:r>
    </w:p>
    <w:p w14:paraId="65EF6160" w14:textId="77777777" w:rsidR="00433022" w:rsidRPr="00A86BF8" w:rsidRDefault="00531F5F">
      <w:pPr>
        <w:spacing w:after="100"/>
        <w:rPr>
          <w:rFonts w:ascii="Cambria" w:hAnsi="Cambria"/>
          <w:sz w:val="22"/>
        </w:rPr>
      </w:pPr>
      <w:r w:rsidRPr="00A86BF8">
        <w:rPr>
          <w:rFonts w:ascii="Cambria" w:eastAsia="Aptos" w:hAnsi="Cambria"/>
          <w:b/>
          <w:color w:val="000000"/>
          <w:sz w:val="22"/>
        </w:rPr>
        <w:t xml:space="preserve">Nazwy plików lub zakres informacji objętych zastrzeżeniem: </w:t>
      </w:r>
      <w:r w:rsidRPr="00A86BF8">
        <w:rPr>
          <w:rFonts w:ascii="Cambria" w:eastAsia="Aptos" w:hAnsi="Cambria"/>
          <w:color w:val="000000"/>
          <w:sz w:val="22"/>
        </w:rPr>
        <w:t>....................................................................................</w:t>
      </w:r>
    </w:p>
    <w:p w14:paraId="2B778ACD" w14:textId="77777777" w:rsidR="00433022" w:rsidRPr="00A86BF8" w:rsidRDefault="00531F5F">
      <w:pPr>
        <w:pStyle w:val="Nagwek1"/>
        <w:spacing w:before="180" w:after="80"/>
        <w:rPr>
          <w:rFonts w:ascii="Cambria" w:hAnsi="Cambria"/>
          <w:sz w:val="22"/>
          <w:szCs w:val="22"/>
        </w:rPr>
      </w:pPr>
      <w:r w:rsidRPr="00A86BF8">
        <w:rPr>
          <w:rFonts w:ascii="Cambria" w:eastAsia="Aptos" w:hAnsi="Cambria"/>
          <w:color w:val="1F4E79"/>
          <w:sz w:val="22"/>
          <w:szCs w:val="22"/>
        </w:rPr>
        <w:t>Załączniki do oferty</w:t>
      </w:r>
    </w:p>
    <w:p w14:paraId="241495AB" w14:textId="730B74A7" w:rsidR="00433022" w:rsidRPr="00A86BF8" w:rsidRDefault="00A86BF8">
      <w:pPr>
        <w:spacing w:after="80" w:line="259" w:lineRule="auto"/>
        <w:ind w:left="170"/>
        <w:rPr>
          <w:rFonts w:ascii="Cambria" w:hAnsi="Cambria"/>
          <w:sz w:val="22"/>
        </w:rPr>
      </w:pPr>
      <w:r w:rsidRPr="00A86BF8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86BF8">
        <w:rPr>
          <w:rFonts w:ascii="Cambria" w:hAnsi="Cambria"/>
          <w:b/>
          <w:sz w:val="22"/>
        </w:rPr>
        <w:instrText xml:space="preserve"> FORMCHECKBOX </w:instrText>
      </w:r>
      <w:r w:rsidR="00242417">
        <w:rPr>
          <w:rFonts w:ascii="Cambria" w:hAnsi="Cambria"/>
          <w:b/>
          <w:sz w:val="22"/>
        </w:rPr>
      </w:r>
      <w:r w:rsidR="00242417">
        <w:rPr>
          <w:rFonts w:ascii="Cambria" w:hAnsi="Cambria"/>
          <w:b/>
          <w:sz w:val="22"/>
        </w:rPr>
        <w:fldChar w:fldCharType="separate"/>
      </w:r>
      <w:r w:rsidRPr="00A86BF8">
        <w:rPr>
          <w:rFonts w:ascii="Cambria" w:hAnsi="Cambria"/>
          <w:b/>
          <w:sz w:val="22"/>
        </w:rPr>
        <w:fldChar w:fldCharType="end"/>
      </w:r>
      <w:r w:rsidRPr="00A86BF8">
        <w:rPr>
          <w:rFonts w:ascii="Cambria" w:hAnsi="Cambria"/>
          <w:b/>
          <w:sz w:val="22"/>
        </w:rPr>
        <w:t xml:space="preserve"> </w:t>
      </w:r>
      <w:r w:rsidR="00531F5F" w:rsidRPr="00A86BF8">
        <w:rPr>
          <w:rFonts w:ascii="Cambria" w:eastAsia="Aptos" w:hAnsi="Cambria"/>
          <w:color w:val="000000"/>
          <w:sz w:val="22"/>
        </w:rPr>
        <w:t>wypełniony Formularz asortymentowo-cenowy - Załącznik nr 2;</w:t>
      </w:r>
    </w:p>
    <w:p w14:paraId="44BE87A1" w14:textId="29505F06" w:rsidR="00433022" w:rsidRPr="00A86BF8" w:rsidRDefault="00A86BF8">
      <w:pPr>
        <w:spacing w:after="80" w:line="259" w:lineRule="auto"/>
        <w:ind w:left="170"/>
        <w:rPr>
          <w:rFonts w:ascii="Cambria" w:hAnsi="Cambria"/>
          <w:sz w:val="22"/>
        </w:rPr>
      </w:pPr>
      <w:r w:rsidRPr="00A86BF8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86BF8">
        <w:rPr>
          <w:rFonts w:ascii="Cambria" w:hAnsi="Cambria"/>
          <w:b/>
          <w:sz w:val="22"/>
        </w:rPr>
        <w:instrText xml:space="preserve"> FORMCHECKBOX </w:instrText>
      </w:r>
      <w:r w:rsidR="00242417">
        <w:rPr>
          <w:rFonts w:ascii="Cambria" w:hAnsi="Cambria"/>
          <w:b/>
          <w:sz w:val="22"/>
        </w:rPr>
      </w:r>
      <w:r w:rsidR="00242417">
        <w:rPr>
          <w:rFonts w:ascii="Cambria" w:hAnsi="Cambria"/>
          <w:b/>
          <w:sz w:val="22"/>
        </w:rPr>
        <w:fldChar w:fldCharType="separate"/>
      </w:r>
      <w:r w:rsidRPr="00A86BF8">
        <w:rPr>
          <w:rFonts w:ascii="Cambria" w:hAnsi="Cambria"/>
          <w:b/>
          <w:sz w:val="22"/>
        </w:rPr>
        <w:fldChar w:fldCharType="end"/>
      </w:r>
      <w:r w:rsidRPr="00A86BF8">
        <w:rPr>
          <w:rFonts w:ascii="Cambria" w:hAnsi="Cambria"/>
          <w:b/>
          <w:sz w:val="22"/>
        </w:rPr>
        <w:t xml:space="preserve"> </w:t>
      </w:r>
      <w:r w:rsidR="00531F5F" w:rsidRPr="00A86BF8">
        <w:rPr>
          <w:rFonts w:ascii="Cambria" w:eastAsia="Aptos" w:hAnsi="Cambria"/>
          <w:color w:val="000000"/>
          <w:sz w:val="22"/>
        </w:rPr>
        <w:t>pełnomocnictwo - jeżeli dotyczy;</w:t>
      </w:r>
    </w:p>
    <w:p w14:paraId="5C660267" w14:textId="1188831F" w:rsidR="00433022" w:rsidRPr="00A86BF8" w:rsidRDefault="00A86BF8">
      <w:pPr>
        <w:spacing w:after="80" w:line="259" w:lineRule="auto"/>
        <w:ind w:left="170"/>
        <w:rPr>
          <w:rFonts w:ascii="Cambria" w:hAnsi="Cambria"/>
          <w:sz w:val="22"/>
        </w:rPr>
      </w:pPr>
      <w:r w:rsidRPr="00A86BF8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86BF8">
        <w:rPr>
          <w:rFonts w:ascii="Cambria" w:hAnsi="Cambria"/>
          <w:b/>
          <w:sz w:val="22"/>
        </w:rPr>
        <w:instrText xml:space="preserve"> FORMCHECKBOX </w:instrText>
      </w:r>
      <w:r w:rsidR="00242417">
        <w:rPr>
          <w:rFonts w:ascii="Cambria" w:hAnsi="Cambria"/>
          <w:b/>
          <w:sz w:val="22"/>
        </w:rPr>
      </w:r>
      <w:r w:rsidR="00242417">
        <w:rPr>
          <w:rFonts w:ascii="Cambria" w:hAnsi="Cambria"/>
          <w:b/>
          <w:sz w:val="22"/>
        </w:rPr>
        <w:fldChar w:fldCharType="separate"/>
      </w:r>
      <w:r w:rsidRPr="00A86BF8">
        <w:rPr>
          <w:rFonts w:ascii="Cambria" w:hAnsi="Cambria"/>
          <w:b/>
          <w:sz w:val="22"/>
        </w:rPr>
        <w:fldChar w:fldCharType="end"/>
      </w:r>
      <w:r w:rsidRPr="00A86BF8">
        <w:rPr>
          <w:rFonts w:ascii="Cambria" w:hAnsi="Cambria"/>
          <w:b/>
          <w:sz w:val="22"/>
        </w:rPr>
        <w:t xml:space="preserve"> </w:t>
      </w:r>
      <w:r w:rsidR="00531F5F" w:rsidRPr="00A86BF8">
        <w:rPr>
          <w:rFonts w:ascii="Cambria" w:eastAsia="Aptos" w:hAnsi="Cambria"/>
          <w:color w:val="000000"/>
          <w:sz w:val="22"/>
        </w:rPr>
        <w:t>uzasadnienie zastrzeżenia tajemnicy przedsiębiorstwa - jeżeli dotyczy.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433022" w:rsidRPr="00A86BF8" w14:paraId="2BF0BE56" w14:textId="77777777">
        <w:trPr>
          <w:jc w:val="center"/>
        </w:trPr>
        <w:tc>
          <w:tcPr>
            <w:tcW w:w="4819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771E3B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Miejscowość i data</w:t>
            </w:r>
          </w:p>
        </w:tc>
        <w:tc>
          <w:tcPr>
            <w:tcW w:w="4819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CF9E18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b/>
                <w:color w:val="1F4E79"/>
                <w:sz w:val="22"/>
              </w:rPr>
              <w:t>Podpis osoby uprawnionej</w:t>
            </w:r>
          </w:p>
        </w:tc>
      </w:tr>
      <w:tr w:rsidR="00433022" w:rsidRPr="00A86BF8" w14:paraId="0A98876E" w14:textId="77777777">
        <w:trPr>
          <w:jc w:val="center"/>
        </w:trPr>
        <w:tc>
          <w:tcPr>
            <w:tcW w:w="4819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C2A4E2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000000"/>
                <w:sz w:val="22"/>
              </w:rPr>
              <w:lastRenderedPageBreak/>
              <w:br/>
              <w:t>........................................................</w:t>
            </w:r>
            <w:r w:rsidRPr="00A86BF8">
              <w:rPr>
                <w:rFonts w:ascii="Cambria" w:eastAsia="Aptos" w:hAnsi="Cambria"/>
                <w:color w:val="000000"/>
                <w:sz w:val="22"/>
              </w:rPr>
              <w:br/>
            </w:r>
          </w:p>
        </w:tc>
        <w:tc>
          <w:tcPr>
            <w:tcW w:w="4819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3C626B" w14:textId="77777777" w:rsidR="00433022" w:rsidRPr="00A86BF8" w:rsidRDefault="00531F5F">
            <w:pPr>
              <w:spacing w:after="0" w:line="252" w:lineRule="auto"/>
              <w:jc w:val="center"/>
              <w:rPr>
                <w:rFonts w:ascii="Cambria" w:hAnsi="Cambria"/>
                <w:sz w:val="22"/>
              </w:rPr>
            </w:pPr>
            <w:r w:rsidRPr="00A86BF8">
              <w:rPr>
                <w:rFonts w:ascii="Cambria" w:eastAsia="Aptos" w:hAnsi="Cambria"/>
                <w:color w:val="000000"/>
                <w:sz w:val="22"/>
              </w:rPr>
              <w:br/>
              <w:t>........................................................</w:t>
            </w:r>
            <w:r w:rsidRPr="00A86BF8">
              <w:rPr>
                <w:rFonts w:ascii="Cambria" w:eastAsia="Aptos" w:hAnsi="Cambria"/>
                <w:color w:val="000000"/>
                <w:sz w:val="22"/>
              </w:rPr>
              <w:br/>
            </w:r>
          </w:p>
        </w:tc>
      </w:tr>
    </w:tbl>
    <w:p w14:paraId="1890314C" w14:textId="77777777" w:rsidR="00531F5F" w:rsidRPr="00A86BF8" w:rsidRDefault="00531F5F">
      <w:pPr>
        <w:rPr>
          <w:rFonts w:ascii="Cambria" w:hAnsi="Cambria"/>
          <w:sz w:val="22"/>
        </w:rPr>
      </w:pPr>
    </w:p>
    <w:sectPr w:rsidR="00531F5F" w:rsidRPr="00A86BF8" w:rsidSect="00034616">
      <w:footerReference w:type="default" r:id="rId8"/>
      <w:headerReference w:type="first" r:id="rId9"/>
      <w:footerReference w:type="first" r:id="rId10"/>
      <w:pgSz w:w="11906" w:h="16838"/>
      <w:pgMar w:top="964" w:right="1134" w:bottom="907" w:left="1134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03930" w14:textId="77777777" w:rsidR="00242417" w:rsidRPr="00A86BF8" w:rsidRDefault="00242417">
      <w:pPr>
        <w:spacing w:after="0" w:line="240" w:lineRule="auto"/>
      </w:pPr>
      <w:r w:rsidRPr="00A86BF8">
        <w:separator/>
      </w:r>
    </w:p>
  </w:endnote>
  <w:endnote w:type="continuationSeparator" w:id="0">
    <w:p w14:paraId="1FE32F51" w14:textId="77777777" w:rsidR="00242417" w:rsidRPr="00A86BF8" w:rsidRDefault="00242417">
      <w:pPr>
        <w:spacing w:after="0" w:line="240" w:lineRule="auto"/>
      </w:pPr>
      <w:r w:rsidRPr="00A86B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E0FDA" w14:textId="77777777" w:rsidR="00433022" w:rsidRPr="00A86BF8" w:rsidRDefault="00531F5F">
    <w:pPr>
      <w:pStyle w:val="Stopka"/>
      <w:jc w:val="center"/>
    </w:pPr>
    <w:r w:rsidRPr="00A86BF8">
      <w:rPr>
        <w:rFonts w:eastAsia="Aptos"/>
        <w:color w:val="666666"/>
        <w:sz w:val="16"/>
      </w:rPr>
      <w:t>Załącznik nr 1 - Formularz ofertowy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47181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FA3941E" w14:textId="3C006F0D" w:rsidR="00A86BF8" w:rsidRDefault="00A86BF8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63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63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996C5D" w14:textId="77777777" w:rsidR="00A86BF8" w:rsidRDefault="00A86B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38B0B" w14:textId="77777777" w:rsidR="00242417" w:rsidRPr="00A86BF8" w:rsidRDefault="00242417">
      <w:pPr>
        <w:spacing w:after="0" w:line="240" w:lineRule="auto"/>
      </w:pPr>
      <w:r w:rsidRPr="00A86BF8">
        <w:separator/>
      </w:r>
    </w:p>
  </w:footnote>
  <w:footnote w:type="continuationSeparator" w:id="0">
    <w:p w14:paraId="1FECDBA7" w14:textId="77777777" w:rsidR="00242417" w:rsidRPr="00A86BF8" w:rsidRDefault="00242417">
      <w:pPr>
        <w:spacing w:after="0" w:line="240" w:lineRule="auto"/>
      </w:pPr>
      <w:r w:rsidRPr="00A86B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FAFB1" w14:textId="77777777" w:rsidR="00433022" w:rsidRPr="00A86BF8" w:rsidRDefault="00531F5F">
    <w:pPr>
      <w:pStyle w:val="Nagwek"/>
    </w:pPr>
    <w:r w:rsidRPr="00A86BF8">
      <w:rPr>
        <w:noProof/>
        <w:lang w:eastAsia="pl-PL"/>
      </w:rPr>
      <w:drawing>
        <wp:inline distT="0" distB="0" distL="0" distR="0" wp14:anchorId="18D96E74" wp14:editId="50B2EFE9">
          <wp:extent cx="4826105" cy="11715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cz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5078" cy="1178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521624"/>
    <w:multiLevelType w:val="hybridMultilevel"/>
    <w:tmpl w:val="2702BA90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42417"/>
    <w:rsid w:val="0029639D"/>
    <w:rsid w:val="00326F90"/>
    <w:rsid w:val="00433022"/>
    <w:rsid w:val="00531F5F"/>
    <w:rsid w:val="00620606"/>
    <w:rsid w:val="00A86BF8"/>
    <w:rsid w:val="00AA1D8D"/>
    <w:rsid w:val="00B47730"/>
    <w:rsid w:val="00CB0664"/>
    <w:rsid w:val="00DE633B"/>
    <w:rsid w:val="00F263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60C348"/>
  <w14:defaultImageDpi w14:val="300"/>
  <w15:docId w15:val="{45290BDB-3F9A-4305-80A3-6772B664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D7726A-CF18-4165-B096-BFCD0498F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ofertowy na dostawę papieru toaletowego i ręczników papierowych</vt:lpstr>
      <vt:lpstr/>
    </vt:vector>
  </TitlesOfParts>
  <Manager/>
  <Company/>
  <LinksUpToDate>false</LinksUpToDate>
  <CharactersWithSpaces>3018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na dostawę papieru toaletowego i ręczników papierowych</dc:title>
  <dc:subject>Załącznik nr 1 do Zaproszenia</dc:subject>
  <dc:creator>Bogumiła Kalinowska</dc:creator>
  <cp:keywords/>
  <dc:description>generated by python-docx</dc:description>
  <cp:lastModifiedBy>Katarzyna Bogdańska</cp:lastModifiedBy>
  <cp:revision>2</cp:revision>
  <dcterms:created xsi:type="dcterms:W3CDTF">2026-09-10T12:07:00Z</dcterms:created>
  <dcterms:modified xsi:type="dcterms:W3CDTF">2026-09-10T12:07:00Z</dcterms:modified>
  <cp:category/>
</cp:coreProperties>
</file>